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בלוח השנה של כסליו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נצחון המכבים ונס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השמש הוא הנר המיוחד שמדליק את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יורה ומלקוש הם שמות לגשמי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כ"ה בכסליו - תחילת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 חודש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פינת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משאלה, מילה טובה ומעשה טוב - כל אחד לפי בחירת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(לציין שהנס קרה שם, מחוץ לישראל) או פה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לפני: ראש חודש כסליו; אחרי: חג הבנות וראש חודש 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חנוכייה בזמן תרגול הסעיף על השמש והנרות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לסעיף הסידור הכרונולוגי מומלץ להיעזר בלוח השנה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בכיתות חנ"מ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שלומדים בלוח הקיר של חודש כסליו - החודש, מזלו, חג החנוכה, הסביבון, החנוכייה ועוד מושגים מהתקופה.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שמש  ·  סביבון  ·  כסליו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עונה חל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נס חוגגים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קריעת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נצחון המכבים ונס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יציאת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הנר האמצעי בחנוכייה נקרא שמש ובו מדליקים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יורה הוא שם לגשם הראשון של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מדליקים את הנרות בעזרת הנר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החנוכה מתחיל בכ"ה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הצעצוע המסתובב שמשחקים בו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סדר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כ"ה בכסליו - תחילת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חודש 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חודש כסליו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הבנות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פינת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לחודש כסליו, מילה טובה ומעשה טוב שתעשו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משמעות האות ש על הסביבון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